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위헌법률심판제청신청서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  <w:szCs w:val="24"/>
        </w:rPr>
        <w:t>신청인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[원고/피고/피고인/검사/참가인 등 성명]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상대방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[상대방 성명 또는 기관]</w:t>
      </w:r>
    </w:p>
    <w:p>
      <w:pPr>
        <w:jc w:val="left"/>
        <w:spacing w:line="360" w:lineRule="auto"/>
        <w:rPr>
          <w:rFonts w:ascii="맑은 고딕" w:eastAsia="맑은 고딕" w:hAnsi="맑은 고딕" w:hint="default"/>
        </w:rPr>
      </w:pPr>
    </w:p>
    <w:p>
      <w:pPr>
        <w:pStyle w:val="Normal"/>
        <w:jc w:val="left"/>
        <w:spacing w:after="60" w:before="0" w:line="360" w:lineRule="auto"/>
        <w:rPr>
          <w:sz w:val="28"/>
          <w:szCs w:val="28"/>
        </w:rPr>
      </w:pPr>
      <w:r>
        <w:rPr>
          <w:rFonts w:ascii="맑은 고딕" w:eastAsia="맑은 고딕" w:hAnsi="맑은 고딕"/>
          <w:b/>
          <w:bCs/>
          <w:color w:val="000000"/>
          <w:sz w:val="24"/>
          <w:szCs w:val="24"/>
        </w:rPr>
        <w:t xml:space="preserve">신청인은 </w:t>
      </w: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szCs w:val="24"/>
          <w:rtl w:val="off"/>
        </w:rPr>
        <w:t>이 사건</w:t>
      </w:r>
      <w:r>
        <w:rPr>
          <w:rFonts w:ascii="맑은 고딕" w:eastAsia="맑은 고딕" w:hAnsi="맑은 고딕"/>
          <w:b/>
          <w:bCs/>
          <w:color w:val="000000"/>
          <w:sz w:val="24"/>
          <w:szCs w:val="24"/>
        </w:rPr>
        <w:t xml:space="preserve">에 관하여 </w:t>
      </w:r>
      <w:r>
        <w:rPr>
          <w:rFonts w:ascii="맑은 고딕" w:eastAsia="맑은 고딕" w:hAnsi="맑은 고딕"/>
          <w:b/>
          <w:color w:val="000000"/>
          <w:sz w:val="24"/>
          <w:szCs w:val="24"/>
        </w:rPr>
        <w:t>위헌법률심판제청</w:t>
      </w:r>
      <w:r>
        <w:rPr>
          <w:rFonts w:ascii="맑은 고딕" w:eastAsia="맑은 고딕" w:hAnsi="맑은 고딕"/>
          <w:b/>
          <w:bCs/>
          <w:color w:val="000000"/>
          <w:sz w:val="24"/>
          <w:szCs w:val="24"/>
        </w:rPr>
        <w:t>을 신청합니다.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신청취지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이 사건 재판의 전제가 되는 [법률명 제○조 제○항 중 ‘○○’ 부분]이 헌법에 위반되는지 여부에 관하여 헌법재판소에 위헌법률심판을 제청한다.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라는 결정을 구합니다.</w:t>
      </w:r>
    </w:p>
    <w:p>
      <w:pPr>
        <w:pStyle w:val="TemplateNote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심판대상은 원칙적으로 ‘법률 또는 법률조항’이어야 하며, 시행령·시행규칙 자체만을 대상으로 하는 신청과 구별합니다. 문언을 정확히 특정하고 적용시점의 조문을 확인하십시오.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당해사건의 표시 및 계속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[법원, 사건번호, 사건명, 당사자, 현재 심급, 사건이 적법하게 계속 중인 사실]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심판대상 법률조항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법률명·공포번호·시행일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정확한 조문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위헌이라고 다투는 문언의 범위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재판의 전제성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당해사건에 적용되는 법률조항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[해당 조항이 사실관계에 직접 적용되는 이유]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위헌 여부에 따라 재판의 주문 또는 판단이 달라지는 이유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[합헌일 때와 위헌일 때의 결과를 대비]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사건의 적법한 계속과 판단 필요성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[각하사유 없이 본안판단이 필요한 상태]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위헌이라고 해석되는 이유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심판대상조항의 의미와 적용범위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[문언·입법목적·체계·판례상 해석]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침해되는 기본권 또는 헌법원칙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[보호영역과 제한을 구체화]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법률유보·명확성원칙 위반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[권리제한 근거·예측가능성·자의적 집행 가능성]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평등원칙 위반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[비교집단·차별취급·심사기준·합리성]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5. 비례원칙·과잉금지원칙 위반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[목적 정당성, 수단 적합성, 최소침해, 법익균형]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6. 재산권·직업의 자유·신체의 자유·재판청구권 등 개별 기본권 침해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[사건에 맞게 선택]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7. 헌법합치적 해석 가능성 및 한계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[합헌적 제한해석이 가능한지, 불가능하다면 그 이유]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관련 판례·결정례 및 증거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[헌법재판소 결정례, 대법원 판례, 입법자료, 통계·증거 및 각 자료가 위헌 논증에 미치는 의미]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Ⅵ. 결론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심판대상 법률조항은 이 사건 재판의 전제가 되고 위와 같은 위헌의 의문이 있으므로, 헌법재판소법 제41조에 따라 위헌법률심판을 제청하여 주시기 바랍니다.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별지: 제출 전 점검표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사건이 법원에 적법하게 계속 중인가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심판대상이 시행령이 아니라 법률 또는 법률조항으로 특정되었는가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정확한 적용시점의 조문을 인용했는가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위헌 여부에 따라 당해사건의 결론이 달라지는 점을 설명했는가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기본권의 보호영역·제한·심사기준을 구분했는가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단순한 판결 불만이나 법률해석 다툼과 법률 자체의 위헌 주장을 구별했는가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본안서면과 별도 문서로 제출하는가</w:t>
      </w:r>
    </w:p>
    <w:p>
      <w:pPr>
        <w:spacing w:after="60" w:before="0" w:line="360" w:lineRule="auto"/>
      </w:pP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[작성자/당사자 성명]  (서명 또는 날인)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1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50" w:unhideWhenUsed="0"/>
    <w:lsdException w:name="Light List" w:semiHidden="0" w:uiPriority="151" w:unhideWhenUsed="0"/>
    <w:lsdException w:name="Light Grid" w:semiHidden="0" w:uiPriority="152" w:unhideWhenUsed="0"/>
    <w:lsdException w:name="Medium Shading 1" w:semiHidden="0" w:uiPriority="153" w:unhideWhenUsed="0"/>
    <w:lsdException w:name="Medium Shading 2" w:semiHidden="0" w:uiPriority="256" w:unhideWhenUsed="0"/>
    <w:lsdException w:name="Medium List 1" w:semiHidden="0" w:uiPriority="257" w:unhideWhenUsed="0"/>
    <w:lsdException w:name="Medium List 2" w:semiHidden="0" w:uiPriority="258" w:unhideWhenUsed="0"/>
    <w:lsdException w:name="Medium Grid 1" w:semiHidden="0" w:uiPriority="259" w:unhideWhenUsed="0"/>
    <w:lsdException w:name="Medium Grid 2" w:semiHidden="0" w:uiPriority="260" w:unhideWhenUsed="0"/>
    <w:lsdException w:name="Medium Grid 3" w:semiHidden="0" w:uiPriority="261" w:unhideWhenUsed="0"/>
    <w:lsdException w:name="Dark List" w:semiHidden="0" w:uiPriority="274" w:unhideWhenUsed="0"/>
    <w:lsdException w:name="Colorful Shading" w:semiHidden="0" w:uiPriority="275" w:unhideWhenUsed="0"/>
    <w:lsdException w:name="Colorful List" w:semiHidden="0" w:uiPriority="276" w:unhideWhenUsed="0"/>
    <w:lsdException w:name="Colorful Grid" w:semiHidden="0" w:uiPriority="277" w:unhideWhenUsed="0"/>
    <w:lsdException w:name="Light Shading Accent 1" w:semiHidden="0" w:uiPriority="150" w:unhideWhenUsed="0"/>
    <w:lsdException w:name="Light List Accent 1" w:semiHidden="0" w:uiPriority="151" w:unhideWhenUsed="0"/>
    <w:lsdException w:name="Light Grid Accent 1" w:semiHidden="0" w:uiPriority="152" w:unhideWhenUsed="0"/>
    <w:lsdException w:name="Medium Shading 1 Accent 1" w:semiHidden="0" w:uiPriority="153" w:unhideWhenUsed="0"/>
    <w:lsdException w:name="Medium Shading 2 Accent 1" w:semiHidden="0" w:uiPriority="256" w:unhideWhenUsed="0"/>
    <w:lsdException w:name="Medium List 1 Accent 1" w:semiHidden="0" w:uiPriority="257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258" w:unhideWhenUsed="0"/>
    <w:lsdException w:name="Medium Grid 1 Accent 1" w:semiHidden="0" w:uiPriority="259" w:unhideWhenUsed="0"/>
    <w:lsdException w:name="Medium Grid 2 Accent 1" w:semiHidden="0" w:uiPriority="260" w:unhideWhenUsed="0"/>
    <w:lsdException w:name="Medium Grid 3 Accent 1" w:semiHidden="0" w:uiPriority="261" w:unhideWhenUsed="0"/>
    <w:lsdException w:name="Dark List Accent 1" w:semiHidden="0" w:uiPriority="274" w:unhideWhenUsed="0"/>
    <w:lsdException w:name="Colorful Shading Accent 1" w:semiHidden="0" w:uiPriority="275" w:unhideWhenUsed="0"/>
    <w:lsdException w:name="Colorful List Accent 1" w:semiHidden="0" w:uiPriority="276" w:unhideWhenUsed="0"/>
    <w:lsdException w:name="Colorful Grid Accent 1" w:semiHidden="0" w:uiPriority="277" w:unhideWhenUsed="0"/>
    <w:lsdException w:name="Light Shading Accent 2" w:semiHidden="0" w:uiPriority="150" w:unhideWhenUsed="0"/>
    <w:lsdException w:name="Light List Accent 2" w:semiHidden="0" w:uiPriority="151" w:unhideWhenUsed="0"/>
    <w:lsdException w:name="Light Grid Accent 2" w:semiHidden="0" w:uiPriority="152" w:unhideWhenUsed="0"/>
    <w:lsdException w:name="Medium Shading 1 Accent 2" w:semiHidden="0" w:uiPriority="153" w:unhideWhenUsed="0"/>
    <w:lsdException w:name="Medium Shading 2 Accent 2" w:semiHidden="0" w:uiPriority="256" w:unhideWhenUsed="0"/>
    <w:lsdException w:name="Medium List 1 Accent 2" w:semiHidden="0" w:uiPriority="257" w:unhideWhenUsed="0"/>
    <w:lsdException w:name="Medium List 2 Accent 2" w:semiHidden="0" w:uiPriority="258" w:unhideWhenUsed="0"/>
    <w:lsdException w:name="Medium Grid 1 Accent 2" w:semiHidden="0" w:uiPriority="259" w:unhideWhenUsed="0"/>
    <w:lsdException w:name="Medium Grid 2 Accent 2" w:semiHidden="0" w:uiPriority="260" w:unhideWhenUsed="0"/>
    <w:lsdException w:name="Medium Grid 3 Accent 2" w:semiHidden="0" w:uiPriority="261" w:unhideWhenUsed="0"/>
    <w:lsdException w:name="Dark List Accent 2" w:semiHidden="0" w:uiPriority="274" w:unhideWhenUsed="0"/>
    <w:lsdException w:name="Colorful Shading Accent 2" w:semiHidden="0" w:uiPriority="275" w:unhideWhenUsed="0"/>
    <w:lsdException w:name="Colorful List Accent 2" w:semiHidden="0" w:uiPriority="276" w:unhideWhenUsed="0"/>
    <w:lsdException w:name="Colorful Grid Accent 2" w:semiHidden="0" w:uiPriority="277" w:unhideWhenUsed="0"/>
    <w:lsdException w:name="Light Shading Accent 3" w:semiHidden="0" w:uiPriority="150" w:unhideWhenUsed="0"/>
    <w:lsdException w:name="Light List Accent 3" w:semiHidden="0" w:uiPriority="151" w:unhideWhenUsed="0"/>
    <w:lsdException w:name="Light Grid Accent 3" w:semiHidden="0" w:uiPriority="152" w:unhideWhenUsed="0"/>
    <w:lsdException w:name="Medium Shading 1 Accent 3" w:semiHidden="0" w:uiPriority="153" w:unhideWhenUsed="0"/>
    <w:lsdException w:name="Medium Shading 2 Accent 3" w:semiHidden="0" w:uiPriority="256" w:unhideWhenUsed="0"/>
    <w:lsdException w:name="Medium List 1 Accent 3" w:semiHidden="0" w:uiPriority="257" w:unhideWhenUsed="0"/>
    <w:lsdException w:name="Medium List 2 Accent 3" w:semiHidden="0" w:uiPriority="258" w:unhideWhenUsed="0"/>
    <w:lsdException w:name="Medium Grid 1 Accent 3" w:semiHidden="0" w:uiPriority="259" w:unhideWhenUsed="0"/>
    <w:lsdException w:name="Medium Grid 2 Accent 3" w:semiHidden="0" w:uiPriority="260" w:unhideWhenUsed="0"/>
    <w:lsdException w:name="Medium Grid 3 Accent 3" w:semiHidden="0" w:uiPriority="261" w:unhideWhenUsed="0"/>
    <w:lsdException w:name="Dark List Accent 3" w:semiHidden="0" w:uiPriority="274" w:unhideWhenUsed="0"/>
    <w:lsdException w:name="Colorful Shading Accent 3" w:semiHidden="0" w:uiPriority="275" w:unhideWhenUsed="0"/>
    <w:lsdException w:name="Colorful List Accent 3" w:semiHidden="0" w:uiPriority="276" w:unhideWhenUsed="0"/>
    <w:lsdException w:name="Colorful Grid Accent 3" w:semiHidden="0" w:uiPriority="277" w:unhideWhenUsed="0"/>
    <w:lsdException w:name="Light Shading Accent 4" w:semiHidden="0" w:uiPriority="150" w:unhideWhenUsed="0"/>
    <w:lsdException w:name="Light List Accent 4" w:semiHidden="0" w:uiPriority="151" w:unhideWhenUsed="0"/>
    <w:lsdException w:name="Light Grid Accent 4" w:semiHidden="0" w:uiPriority="152" w:unhideWhenUsed="0"/>
    <w:lsdException w:name="Medium Shading 1 Accent 4" w:semiHidden="0" w:uiPriority="153" w:unhideWhenUsed="0"/>
    <w:lsdException w:name="Medium Shading 2 Accent 4" w:semiHidden="0" w:uiPriority="256" w:unhideWhenUsed="0"/>
    <w:lsdException w:name="Medium List 1 Accent 4" w:semiHidden="0" w:uiPriority="257" w:unhideWhenUsed="0"/>
    <w:lsdException w:name="Medium List 2 Accent 4" w:semiHidden="0" w:uiPriority="258" w:unhideWhenUsed="0"/>
    <w:lsdException w:name="Medium Grid 1 Accent 4" w:semiHidden="0" w:uiPriority="259" w:unhideWhenUsed="0"/>
    <w:lsdException w:name="Medium Grid 2 Accent 4" w:semiHidden="0" w:uiPriority="260" w:unhideWhenUsed="0"/>
    <w:lsdException w:name="Medium Grid 3 Accent 4" w:semiHidden="0" w:uiPriority="261" w:unhideWhenUsed="0"/>
    <w:lsdException w:name="Dark List Accent 4" w:semiHidden="0" w:uiPriority="274" w:unhideWhenUsed="0"/>
    <w:lsdException w:name="Colorful Shading Accent 4" w:semiHidden="0" w:uiPriority="275" w:unhideWhenUsed="0"/>
    <w:lsdException w:name="Colorful List Accent 4" w:semiHidden="0" w:uiPriority="276" w:unhideWhenUsed="0"/>
    <w:lsdException w:name="Colorful Grid Accent 4" w:semiHidden="0" w:uiPriority="277" w:unhideWhenUsed="0"/>
    <w:lsdException w:name="Light Shading Accent 5" w:semiHidden="0" w:uiPriority="150" w:unhideWhenUsed="0"/>
    <w:lsdException w:name="Light List Accent 5" w:semiHidden="0" w:uiPriority="151" w:unhideWhenUsed="0"/>
    <w:lsdException w:name="Light Grid Accent 5" w:semiHidden="0" w:uiPriority="152" w:unhideWhenUsed="0"/>
    <w:lsdException w:name="Medium Shading 1 Accent 5" w:semiHidden="0" w:uiPriority="153" w:unhideWhenUsed="0"/>
    <w:lsdException w:name="Medium Shading 2 Accent 5" w:semiHidden="0" w:uiPriority="256" w:unhideWhenUsed="0"/>
    <w:lsdException w:name="Medium List 1 Accent 5" w:semiHidden="0" w:uiPriority="257" w:unhideWhenUsed="0"/>
    <w:lsdException w:name="Medium List 2 Accent 5" w:semiHidden="0" w:uiPriority="258" w:unhideWhenUsed="0"/>
    <w:lsdException w:name="Medium Grid 1 Accent 5" w:semiHidden="0" w:uiPriority="259" w:unhideWhenUsed="0"/>
    <w:lsdException w:name="Medium Grid 2 Accent 5" w:semiHidden="0" w:uiPriority="260" w:unhideWhenUsed="0"/>
    <w:lsdException w:name="Medium Grid 3 Accent 5" w:semiHidden="0" w:uiPriority="261" w:unhideWhenUsed="0"/>
    <w:lsdException w:name="Dark List Accent 5" w:semiHidden="0" w:uiPriority="274" w:unhideWhenUsed="0"/>
    <w:lsdException w:name="Colorful Shading Accent 5" w:semiHidden="0" w:uiPriority="275" w:unhideWhenUsed="0"/>
    <w:lsdException w:name="Colorful List Accent 5" w:semiHidden="0" w:uiPriority="276" w:unhideWhenUsed="0"/>
    <w:lsdException w:name="Colorful Grid Accent 5" w:semiHidden="0" w:uiPriority="277" w:unhideWhenUsed="0"/>
    <w:lsdException w:name="Light Shading Accent 6" w:semiHidden="0" w:uiPriority="150" w:unhideWhenUsed="0"/>
    <w:lsdException w:name="Light List Accent 6" w:semiHidden="0" w:uiPriority="151" w:unhideWhenUsed="0"/>
    <w:lsdException w:name="Light Grid Accent 6" w:semiHidden="0" w:uiPriority="152" w:unhideWhenUsed="0"/>
    <w:lsdException w:name="Medium Shading 1 Accent 6" w:semiHidden="0" w:uiPriority="153" w:unhideWhenUsed="0"/>
    <w:lsdException w:name="Medium Shading 2 Accent 6" w:semiHidden="0" w:uiPriority="256" w:unhideWhenUsed="0"/>
    <w:lsdException w:name="Medium List 1 Accent 6" w:semiHidden="0" w:uiPriority="257" w:unhideWhenUsed="0"/>
    <w:lsdException w:name="Medium List 2 Accent 6" w:semiHidden="0" w:uiPriority="258" w:unhideWhenUsed="0"/>
    <w:lsdException w:name="Medium Grid 1 Accent 6" w:semiHidden="0" w:uiPriority="259" w:unhideWhenUsed="0"/>
    <w:lsdException w:name="Medium Grid 2 Accent 6" w:semiHidden="0" w:uiPriority="260" w:unhideWhenUsed="0"/>
    <w:lsdException w:name="Medium Grid 3 Accent 6" w:semiHidden="0" w:uiPriority="261" w:unhideWhenUsed="0"/>
    <w:lsdException w:name="Dark List Accent 6" w:semiHidden="0" w:uiPriority="274" w:unhideWhenUsed="0"/>
    <w:lsdException w:name="Colorful Shading Accent 6" w:semiHidden="0" w:uiPriority="275" w:unhideWhenUsed="0"/>
    <w:lsdException w:name="Colorful List Accent 6" w:semiHidden="0" w:uiPriority="276" w:unhideWhenUsed="0"/>
    <w:lsdException w:name="Colorful Grid Accent 6" w:semiHidden="0" w:uiPriority="277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mplateNote">
    <w:name w:val="Template Note"/>
    <w:rPr>
      <w:rFonts w:ascii="맑은 고딕" w:eastAsia="맑은 고딕" w:hAnsi="맑은 고딕"/>
      <w:i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2026-07-23T03:12:02Z</dcterms:modified>
  <cp:version>1100.0100.01</cp:version>
</cp:coreProperties>
</file>